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SOLICITUD DE CAMBIO DE FIRMAS EN CUENTA BANCARIA</w:t>
      </w:r>
    </w:p>
    <w:p/>
    <w:p>
      <w:r>
        <w:rPr>
          <w:b w:val="0"/>
          <w:sz w:val="20"/>
        </w:rPr>
        <w:t>A la atención de la entidad bancaria:</w:t>
      </w:r>
    </w:p>
    <w:p>
      <w:r>
        <w:rPr>
          <w:b w:val="0"/>
          <w:sz w:val="20"/>
        </w:rPr>
        <w:t>Nombre de la entidad: _______________________________________________</w:t>
      </w:r>
    </w:p>
    <w:p>
      <w:r>
        <w:rPr>
          <w:b w:val="0"/>
          <w:sz w:val="20"/>
        </w:rPr>
        <w:t>Oficina/Sucursal: _________________________________________________</w:t>
      </w:r>
    </w:p>
    <w:p>
      <w:r>
        <w:rPr>
          <w:b w:val="0"/>
          <w:sz w:val="20"/>
        </w:rPr>
        <w:t>Dirección: _______________________________________________________</w:t>
      </w:r>
    </w:p>
    <w:p/>
    <w:p>
      <w:r>
        <w:rPr>
          <w:b/>
          <w:sz w:val="20"/>
        </w:rPr>
        <w:t>DATOS DEL SOLICITANTE/REPRESENTANTE LEGAL</w:t>
      </w:r>
    </w:p>
    <w:p>
      <w:r>
        <w:rPr>
          <w:b w:val="0"/>
          <w:sz w:val="20"/>
        </w:rPr>
        <w:t>Nombre y apellidos/Razón social: ________________________________________________</w:t>
      </w:r>
    </w:p>
    <w:p>
      <w:r>
        <w:rPr>
          <w:b w:val="0"/>
          <w:sz w:val="20"/>
        </w:rPr>
        <w:t>DNI/NIE/CIF: 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Teléfono: _____________________________     Email: _____________________________</w:t>
      </w:r>
    </w:p>
    <w:p>
      <w:r>
        <w:rPr>
          <w:b w:val="0"/>
          <w:sz w:val="20"/>
        </w:rPr>
        <w:t>En calidad de: ________________________________________</w:t>
      </w:r>
    </w:p>
    <w:p/>
    <w:p>
      <w:r>
        <w:rPr>
          <w:b/>
          <w:sz w:val="20"/>
        </w:rPr>
        <w:t>DATOS DE LA CUENTA</w:t>
      </w:r>
    </w:p>
    <w:p>
      <w:r>
        <w:rPr>
          <w:b w:val="0"/>
          <w:sz w:val="20"/>
        </w:rPr>
        <w:t>Entidad: ___________________________ Oficina: ___________________________</w:t>
      </w:r>
    </w:p>
    <w:p>
      <w:r>
        <w:rPr>
          <w:b w:val="0"/>
          <w:sz w:val="20"/>
        </w:rPr>
        <w:t>Número de cuenta (IBAN): _______________________________________________</w:t>
      </w:r>
    </w:p>
    <w:p/>
    <w:p>
      <w:r>
        <w:rPr>
          <w:b w:val="0"/>
          <w:sz w:val="20"/>
        </w:rPr>
        <w:t>Por la presente, solicito el cambio de las personas autorizadas a firmar en la cuenta bancaria arriba indicada, de acuerdo con los siguientes datos.</w:t>
      </w:r>
    </w:p>
    <w:p/>
    <w:p>
      <w:r>
        <w:rPr>
          <w:b/>
          <w:sz w:val="20"/>
        </w:rPr>
        <w:t>RELACIÓN DE FIRMANTES ACTUALES</w:t>
      </w:r>
    </w:p>
    <w:p>
      <w:r>
        <w:rPr>
          <w:b w:val="0"/>
          <w:sz w:val="20"/>
        </w:rPr>
        <w:t>1. Nombre: _____________________________________  DNI/NIE: _______________  Firma: ________________</w:t>
      </w:r>
    </w:p>
    <w:p>
      <w:r>
        <w:rPr>
          <w:b w:val="0"/>
          <w:sz w:val="20"/>
        </w:rPr>
        <w:t>2. Nombre: _____________________________________  DNI/NIE: _______________  Firma: ________________</w:t>
      </w:r>
    </w:p>
    <w:p>
      <w:r>
        <w:rPr>
          <w:b w:val="0"/>
          <w:sz w:val="20"/>
        </w:rPr>
        <w:t>3. Nombre: _____________________________________  DNI/NIE: _______________  Firma: ________________</w:t>
      </w:r>
    </w:p>
    <w:p/>
    <w:p>
      <w:r>
        <w:rPr>
          <w:b/>
          <w:sz w:val="20"/>
        </w:rPr>
        <w:t>NUEVOS FIRMANTES (ALTAS)</w:t>
      </w:r>
    </w:p>
    <w:p>
      <w:r>
        <w:rPr>
          <w:b w:val="0"/>
          <w:sz w:val="20"/>
        </w:rPr>
        <w:t>1. Nombre: _____________________________________  DNI/NIE: _______________  Firma: ________________</w:t>
      </w:r>
    </w:p>
    <w:p>
      <w:r>
        <w:rPr>
          <w:b w:val="0"/>
          <w:sz w:val="20"/>
        </w:rPr>
        <w:t>2. Nombre: _____________________________________  DNI/NIE: _______________  Firma: ________________</w:t>
      </w:r>
    </w:p>
    <w:p>
      <w:r>
        <w:rPr>
          <w:b w:val="0"/>
          <w:sz w:val="20"/>
        </w:rPr>
        <w:t>3. Nombre: _____________________________________  DNI/NIE: _______________  Firma: ________________</w:t>
      </w:r>
    </w:p>
    <w:p/>
    <w:p>
      <w:r>
        <w:rPr>
          <w:b/>
          <w:sz w:val="20"/>
        </w:rPr>
        <w:t>FIRMANTES A ELIMINAR (BAJAS)</w:t>
      </w:r>
    </w:p>
    <w:p>
      <w:r>
        <w:rPr>
          <w:b w:val="0"/>
          <w:sz w:val="20"/>
        </w:rPr>
        <w:t>1. Nombre: _____________________________________  DNI/NIE: _______________</w:t>
      </w:r>
    </w:p>
    <w:p>
      <w:r>
        <w:rPr>
          <w:b w:val="0"/>
          <w:sz w:val="20"/>
        </w:rPr>
        <w:t>2. Nombre: _____________________________________  DNI/NIE: _______________</w:t>
      </w:r>
    </w:p>
    <w:p>
      <w:r>
        <w:rPr>
          <w:b w:val="0"/>
          <w:sz w:val="20"/>
        </w:rPr>
        <w:t>3. Nombre: _____________________________________  DNI/NIE: _______________</w:t>
      </w:r>
    </w:p>
    <w:p/>
    <w:p>
      <w:r>
        <w:rPr>
          <w:b/>
          <w:sz w:val="20"/>
        </w:rPr>
        <w:t>FORMA DE OPERACIÓN</w:t>
      </w:r>
    </w:p>
    <w:p>
      <w:r>
        <w:rPr>
          <w:b w:val="0"/>
          <w:sz w:val="20"/>
        </w:rPr>
        <w:t>Operaciones autorizadas (indicar si la firma es mancomunada, indistinta, el número de firmas necesarias, etc.):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DOCUMENTACIÓN QUE SE ADJUNTA:</w:t>
      </w:r>
    </w:p>
    <w:p>
      <w:r>
        <w:rPr>
          <w:b w:val="0"/>
          <w:sz w:val="20"/>
        </w:rPr>
        <w:t>1. Copia de DNI/NIE de los nuevos firmantes.</w:t>
      </w:r>
    </w:p>
    <w:p>
      <w:r>
        <w:rPr>
          <w:b w:val="0"/>
          <w:sz w:val="20"/>
        </w:rPr>
        <w:t>2. Copia de poderes de representación (si aplica).</w:t>
      </w:r>
    </w:p>
    <w:p>
      <w:r>
        <w:rPr>
          <w:b w:val="0"/>
          <w:sz w:val="20"/>
        </w:rPr>
        <w:t>3. Acta o acuerdo del órgano competente aprobando el cambio de firmas (si es persona jurídica).</w:t>
      </w:r>
    </w:p>
    <w:p>
      <w:r>
        <w:rPr>
          <w:b w:val="0"/>
          <w:sz w:val="20"/>
        </w:rPr>
        <w:t>4. Cualquier otra documentación requerida por la entidad.</w:t>
      </w:r>
    </w:p>
    <w:p/>
    <w:p>
      <w:r>
        <w:rPr>
          <w:b w:val="0"/>
          <w:sz w:val="20"/>
        </w:rPr>
        <w:t>Firmado:</w:t>
      </w:r>
    </w:p>
    <w:p/>
    <w:p/>
    <w:p/>
    <w:p>
      <w:r>
        <w:rPr>
          <w:b w:val="0"/>
          <w:sz w:val="20"/>
        </w:rPr>
        <w:t>Nombre y firma del solicitante/representante legal</w:t>
      </w:r>
    </w:p>
    <w:p/>
    <w:p/>
    <w:p>
      <w:r>
        <w:rPr>
          <w:b w:val="0"/>
          <w:sz w:val="20"/>
        </w:rPr>
        <w:t>Sello de la empresa (si procede)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https://experto-solicitudes.com/solicitud-cambio-de-firmas-banco/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https://experto-solicitudes.com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experto-solicitudes.com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solicitudes.com/solicitud-cambio-de-firmas-banco/" TargetMode="External"/><Relationship Id="rId10" Type="http://schemas.openxmlformats.org/officeDocument/2006/relationships/hyperlink" Target="https://experto-solicitud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